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6E974" w14:textId="77777777" w:rsidR="00B95AE6" w:rsidRPr="00EA69F3" w:rsidRDefault="00B95AE6" w:rsidP="000C7A09">
      <w:pPr>
        <w:rPr>
          <w:rFonts w:ascii="Arial" w:hAnsi="Arial" w:cs="Arial"/>
          <w:b/>
          <w:bCs/>
          <w:sz w:val="24"/>
          <w:szCs w:val="24"/>
        </w:rPr>
      </w:pPr>
    </w:p>
    <w:p w14:paraId="4C194C82" w14:textId="6BCF344A" w:rsidR="002F1362" w:rsidRPr="00D25F28" w:rsidRDefault="00D25F28" w:rsidP="00D25F28">
      <w:pPr>
        <w:jc w:val="center"/>
        <w:rPr>
          <w:rFonts w:ascii="Arial" w:hAnsi="Arial" w:cs="Arial"/>
          <w:b/>
          <w:bCs/>
          <w:sz w:val="28"/>
          <w:szCs w:val="28"/>
        </w:rPr>
      </w:pPr>
      <w:r w:rsidRPr="00D25F28">
        <w:rPr>
          <w:rFonts w:ascii="Arial" w:hAnsi="Arial" w:cs="Arial"/>
          <w:b/>
          <w:bCs/>
          <w:sz w:val="28"/>
          <w:szCs w:val="28"/>
        </w:rPr>
        <w:t xml:space="preserve">Old </w:t>
      </w:r>
      <w:proofErr w:type="spellStart"/>
      <w:r w:rsidRPr="00D25F28">
        <w:rPr>
          <w:rFonts w:ascii="Arial" w:hAnsi="Arial" w:cs="Arial"/>
          <w:b/>
          <w:bCs/>
          <w:sz w:val="28"/>
          <w:szCs w:val="28"/>
        </w:rPr>
        <w:t>Colfeians</w:t>
      </w:r>
      <w:proofErr w:type="spellEnd"/>
      <w:r w:rsidRPr="00D25F28">
        <w:rPr>
          <w:rFonts w:ascii="Arial" w:hAnsi="Arial" w:cs="Arial"/>
          <w:b/>
          <w:bCs/>
          <w:sz w:val="28"/>
          <w:szCs w:val="28"/>
        </w:rPr>
        <w:t xml:space="preserve"> Safeguarding Children Policy</w:t>
      </w:r>
    </w:p>
    <w:p w14:paraId="71039019" w14:textId="77777777" w:rsidR="00D25F28" w:rsidRDefault="00D25F28" w:rsidP="00D25F28">
      <w:pPr>
        <w:jc w:val="center"/>
        <w:rPr>
          <w:rFonts w:ascii="Arial" w:hAnsi="Arial" w:cs="Arial"/>
          <w:b/>
          <w:bCs/>
          <w:sz w:val="24"/>
          <w:szCs w:val="24"/>
        </w:rPr>
      </w:pPr>
    </w:p>
    <w:p w14:paraId="558107C2" w14:textId="222850C4" w:rsidR="00B95AE6" w:rsidRPr="00D25F28" w:rsidRDefault="002F1362" w:rsidP="002F1362">
      <w:pPr>
        <w:jc w:val="center"/>
        <w:rPr>
          <w:rFonts w:ascii="Arial" w:hAnsi="Arial" w:cs="Arial"/>
          <w:b/>
          <w:bCs/>
          <w:sz w:val="20"/>
          <w:szCs w:val="20"/>
        </w:rPr>
      </w:pPr>
      <w:r w:rsidRPr="00D25F28">
        <w:rPr>
          <w:rFonts w:ascii="Arial" w:hAnsi="Arial" w:cs="Arial"/>
          <w:b/>
          <w:bCs/>
          <w:sz w:val="20"/>
          <w:szCs w:val="20"/>
        </w:rPr>
        <w:t>OCRFC Safeguarding information</w:t>
      </w:r>
      <w:r w:rsidR="000F11E1" w:rsidRPr="00D25F28">
        <w:rPr>
          <w:rFonts w:ascii="Arial" w:hAnsi="Arial" w:cs="Arial"/>
          <w:b/>
          <w:bCs/>
          <w:sz w:val="20"/>
          <w:szCs w:val="20"/>
        </w:rPr>
        <w:t xml:space="preserve"> </w:t>
      </w:r>
      <w:r w:rsidRPr="00D25F28">
        <w:rPr>
          <w:rFonts w:ascii="Arial" w:hAnsi="Arial" w:cs="Arial"/>
          <w:b/>
          <w:bCs/>
          <w:sz w:val="20"/>
          <w:szCs w:val="20"/>
        </w:rPr>
        <w:t xml:space="preserve">and contacts can be found at </w:t>
      </w:r>
      <w:hyperlink r:id="rId8" w:history="1">
        <w:r w:rsidRPr="00D25F28">
          <w:rPr>
            <w:rStyle w:val="Hyperlink"/>
            <w:rFonts w:ascii="Arial" w:hAnsi="Arial" w:cs="Arial"/>
            <w:b/>
            <w:bCs/>
            <w:sz w:val="20"/>
            <w:szCs w:val="20"/>
          </w:rPr>
          <w:t>https://www.ocrfc.co.uk/club/safeguarding/</w:t>
        </w:r>
      </w:hyperlink>
    </w:p>
    <w:p w14:paraId="59C8C341" w14:textId="77777777" w:rsidR="00B95AE6" w:rsidRPr="00EA69F3" w:rsidRDefault="00B95AE6" w:rsidP="000C7A09">
      <w:pPr>
        <w:rPr>
          <w:rFonts w:ascii="Arial" w:hAnsi="Arial" w:cs="Arial"/>
          <w:b/>
          <w:bCs/>
          <w:sz w:val="24"/>
          <w:szCs w:val="24"/>
        </w:rPr>
      </w:pPr>
    </w:p>
    <w:p w14:paraId="3E12F55D" w14:textId="1D86C003" w:rsidR="001161C8" w:rsidRPr="00EA69F3" w:rsidRDefault="003E0405" w:rsidP="0080084F">
      <w:pPr>
        <w:jc w:val="center"/>
        <w:rPr>
          <w:rFonts w:ascii="Arial" w:hAnsi="Arial" w:cs="Arial"/>
          <w:b/>
          <w:bCs/>
          <w:sz w:val="24"/>
          <w:szCs w:val="24"/>
        </w:rPr>
      </w:pPr>
      <w:r w:rsidRPr="00EA69F3">
        <w:rPr>
          <w:rFonts w:ascii="Arial" w:hAnsi="Arial" w:cs="Arial"/>
          <w:b/>
          <w:bCs/>
          <w:sz w:val="24"/>
          <w:szCs w:val="24"/>
        </w:rPr>
        <w:t>Safeguarding Policy Statement</w:t>
      </w:r>
    </w:p>
    <w:p w14:paraId="6D9A663B" w14:textId="725211DD" w:rsidR="001161C8" w:rsidRPr="00EA69F3" w:rsidRDefault="003E0405" w:rsidP="000C7A09">
      <w:pPr>
        <w:rPr>
          <w:rFonts w:ascii="Arial" w:hAnsi="Arial" w:cs="Arial"/>
        </w:rPr>
      </w:pPr>
      <w:r w:rsidRPr="00EA69F3">
        <w:rPr>
          <w:rFonts w:ascii="Arial" w:hAnsi="Arial" w:cs="Arial"/>
        </w:rPr>
        <w:t xml:space="preserve">At </w:t>
      </w:r>
      <w:r w:rsidR="001243BA" w:rsidRPr="00EA69F3">
        <w:rPr>
          <w:rFonts w:ascii="Arial" w:hAnsi="Arial" w:cs="Arial"/>
        </w:rPr>
        <w:t xml:space="preserve">Old </w:t>
      </w:r>
      <w:proofErr w:type="spellStart"/>
      <w:r w:rsidR="001243BA" w:rsidRPr="00EA69F3">
        <w:rPr>
          <w:rFonts w:ascii="Arial" w:hAnsi="Arial" w:cs="Arial"/>
        </w:rPr>
        <w:t>Colfeians</w:t>
      </w:r>
      <w:proofErr w:type="spellEnd"/>
      <w:r w:rsidR="001243BA" w:rsidRPr="00EA69F3">
        <w:rPr>
          <w:rFonts w:ascii="Arial" w:hAnsi="Arial" w:cs="Arial"/>
        </w:rPr>
        <w:t xml:space="preserve"> </w:t>
      </w:r>
      <w:r w:rsidRPr="00EA69F3">
        <w:rPr>
          <w:rFonts w:ascii="Arial" w:hAnsi="Arial" w:cs="Arial"/>
        </w:rPr>
        <w:t xml:space="preserve">RFC, safeguarding is everybody's responsibility. We are committed to creating an environment where children and young people feel safe, welcome, valued and </w:t>
      </w:r>
      <w:r w:rsidR="00CC341A" w:rsidRPr="00EA69F3">
        <w:rPr>
          <w:rFonts w:ascii="Arial" w:hAnsi="Arial" w:cs="Arial"/>
        </w:rPr>
        <w:t>heard</w:t>
      </w:r>
      <w:r w:rsidRPr="00EA69F3">
        <w:rPr>
          <w:rFonts w:ascii="Arial" w:hAnsi="Arial" w:cs="Arial"/>
        </w:rPr>
        <w:t>. We believe that every child has the right to enjoy rugby in a safe, positive and inclusive environment. Guided by the Core Values of Rugby</w:t>
      </w:r>
      <w:r w:rsidR="000C7A09" w:rsidRPr="00EA69F3">
        <w:rPr>
          <w:rFonts w:ascii="Arial" w:hAnsi="Arial" w:cs="Arial"/>
        </w:rPr>
        <w:t xml:space="preserve">: </w:t>
      </w:r>
      <w:r w:rsidRPr="00EA69F3">
        <w:rPr>
          <w:rFonts w:ascii="Arial" w:hAnsi="Arial" w:cs="Arial"/>
        </w:rPr>
        <w:t>Teamwork, Respect, Enjoyment, Discipline and Sportsmanship</w:t>
      </w:r>
      <w:r w:rsidR="000C7A09" w:rsidRPr="00EA69F3">
        <w:rPr>
          <w:rFonts w:ascii="Arial" w:hAnsi="Arial" w:cs="Arial"/>
        </w:rPr>
        <w:t xml:space="preserve">, </w:t>
      </w:r>
      <w:r w:rsidRPr="00EA69F3">
        <w:rPr>
          <w:rFonts w:ascii="Arial" w:hAnsi="Arial" w:cs="Arial"/>
        </w:rPr>
        <w:t>we will work together to promote wellbeing, prevent harm and respond appropriately whenever concerns arise. The welfare of children is paramount in all decisions and actions taken by the Club.</w:t>
      </w:r>
    </w:p>
    <w:p w14:paraId="39EC13BE" w14:textId="77777777" w:rsidR="001161C8" w:rsidRPr="00EA69F3" w:rsidRDefault="003E0405" w:rsidP="0080084F">
      <w:pPr>
        <w:jc w:val="center"/>
        <w:rPr>
          <w:rFonts w:ascii="Arial" w:hAnsi="Arial" w:cs="Arial"/>
          <w:b/>
          <w:bCs/>
          <w:sz w:val="24"/>
          <w:szCs w:val="24"/>
        </w:rPr>
      </w:pPr>
      <w:r w:rsidRPr="00EA69F3">
        <w:rPr>
          <w:rFonts w:ascii="Arial" w:hAnsi="Arial" w:cs="Arial"/>
          <w:b/>
          <w:bCs/>
          <w:sz w:val="24"/>
          <w:szCs w:val="24"/>
        </w:rPr>
        <w:t>Purpose</w:t>
      </w:r>
    </w:p>
    <w:p w14:paraId="01744F4F" w14:textId="77777777" w:rsidR="001161C8" w:rsidRPr="00EA69F3" w:rsidRDefault="003E0405" w:rsidP="000C7A09">
      <w:pPr>
        <w:rPr>
          <w:rFonts w:ascii="Arial" w:hAnsi="Arial" w:cs="Arial"/>
        </w:rPr>
      </w:pPr>
      <w:r w:rsidRPr="00EA69F3">
        <w:rPr>
          <w:rFonts w:ascii="Arial" w:hAnsi="Arial" w:cs="Arial"/>
        </w:rPr>
        <w:t>This policy sets out the Club’s commitment to safeguarding and promoting the welfare of children involved in rugby union. It applies to everyone involved in the Club, including players, coaches, volunteers, officials, committee members, parents, carers and spectators. For the purposes of this policy, a child is anyone under the age of 18.</w:t>
      </w:r>
    </w:p>
    <w:p w14:paraId="747AE9AB" w14:textId="77777777" w:rsidR="001161C8" w:rsidRPr="00EA69F3" w:rsidRDefault="003E0405" w:rsidP="0080084F">
      <w:pPr>
        <w:jc w:val="center"/>
        <w:rPr>
          <w:rFonts w:ascii="Arial" w:hAnsi="Arial" w:cs="Arial"/>
          <w:b/>
          <w:bCs/>
          <w:sz w:val="24"/>
          <w:szCs w:val="24"/>
        </w:rPr>
      </w:pPr>
      <w:r w:rsidRPr="00EA69F3">
        <w:rPr>
          <w:rFonts w:ascii="Arial" w:hAnsi="Arial" w:cs="Arial"/>
          <w:b/>
          <w:bCs/>
          <w:sz w:val="24"/>
          <w:szCs w:val="24"/>
        </w:rPr>
        <w:t>Safeguarding Framework</w:t>
      </w:r>
    </w:p>
    <w:p w14:paraId="0B6F3D63" w14:textId="6B6E25E5" w:rsidR="001161C8" w:rsidRPr="00EA69F3" w:rsidRDefault="001243BA" w:rsidP="000C7A09">
      <w:pPr>
        <w:rPr>
          <w:rFonts w:ascii="Arial" w:hAnsi="Arial" w:cs="Arial"/>
        </w:rPr>
      </w:pPr>
      <w:r w:rsidRPr="00EA69F3">
        <w:rPr>
          <w:rFonts w:ascii="Arial" w:hAnsi="Arial" w:cs="Arial"/>
        </w:rPr>
        <w:t xml:space="preserve">Old </w:t>
      </w:r>
      <w:proofErr w:type="spellStart"/>
      <w:r w:rsidRPr="00EA69F3">
        <w:rPr>
          <w:rFonts w:ascii="Arial" w:hAnsi="Arial" w:cs="Arial"/>
        </w:rPr>
        <w:t>Colfeians</w:t>
      </w:r>
      <w:proofErr w:type="spellEnd"/>
      <w:r w:rsidR="003E0405" w:rsidRPr="00EA69F3">
        <w:rPr>
          <w:rFonts w:ascii="Arial" w:hAnsi="Arial" w:cs="Arial"/>
        </w:rPr>
        <w:t xml:space="preserve"> RFC adopts and will comply with RFU Regulation 21, the RFU Safeguarding Children Policy, the RFU Safeguarding Handbook and relevant legislation and statutory guidance. These documents provide the detailed safeguarding standards, procedures and requirements that underpin this policy.</w:t>
      </w:r>
    </w:p>
    <w:p w14:paraId="3400DFD2" w14:textId="77777777" w:rsidR="001161C8" w:rsidRPr="00EA69F3" w:rsidRDefault="003E0405" w:rsidP="0080084F">
      <w:pPr>
        <w:jc w:val="center"/>
        <w:rPr>
          <w:rFonts w:ascii="Arial" w:hAnsi="Arial" w:cs="Arial"/>
          <w:b/>
          <w:bCs/>
          <w:sz w:val="24"/>
          <w:szCs w:val="24"/>
        </w:rPr>
      </w:pPr>
      <w:r w:rsidRPr="00EA69F3">
        <w:rPr>
          <w:rFonts w:ascii="Arial" w:hAnsi="Arial" w:cs="Arial"/>
          <w:b/>
          <w:bCs/>
          <w:sz w:val="24"/>
          <w:szCs w:val="24"/>
        </w:rPr>
        <w:t>Safeguarding Through Rugby's Core Values</w:t>
      </w:r>
    </w:p>
    <w:p w14:paraId="40C80D14" w14:textId="77777777" w:rsidR="001161C8" w:rsidRPr="00EA69F3" w:rsidRDefault="003E0405" w:rsidP="000C7A09">
      <w:pPr>
        <w:rPr>
          <w:rFonts w:ascii="Arial" w:hAnsi="Arial" w:cs="Arial"/>
          <w:b/>
          <w:bCs/>
        </w:rPr>
      </w:pPr>
      <w:r w:rsidRPr="00EA69F3">
        <w:rPr>
          <w:rFonts w:ascii="Arial" w:hAnsi="Arial" w:cs="Arial"/>
          <w:b/>
          <w:bCs/>
        </w:rPr>
        <w:t>TEAMWORK</w:t>
      </w:r>
    </w:p>
    <w:p w14:paraId="2E8BDA9F" w14:textId="002344C5" w:rsidR="001161C8" w:rsidRPr="008C1F9F" w:rsidRDefault="003E0405" w:rsidP="000C7A09">
      <w:pPr>
        <w:rPr>
          <w:rFonts w:ascii="Arial" w:hAnsi="Arial" w:cs="Arial"/>
          <w:i/>
          <w:iCs/>
        </w:rPr>
      </w:pPr>
      <w:r w:rsidRPr="008C1F9F">
        <w:rPr>
          <w:rFonts w:ascii="Arial" w:hAnsi="Arial" w:cs="Arial"/>
          <w:i/>
          <w:iCs/>
        </w:rPr>
        <w:t>What We Ask Of Our Members</w:t>
      </w:r>
      <w:r w:rsidR="000C7A09" w:rsidRPr="008C1F9F">
        <w:rPr>
          <w:rFonts w:ascii="Arial" w:hAnsi="Arial" w:cs="Arial"/>
          <w:i/>
          <w:iCs/>
        </w:rPr>
        <w:t>:</w:t>
      </w:r>
    </w:p>
    <w:p w14:paraId="2B8EAF6B" w14:textId="77777777" w:rsidR="001161C8" w:rsidRPr="00EA69F3" w:rsidRDefault="003E0405" w:rsidP="000C7A09">
      <w:pPr>
        <w:pStyle w:val="ListParagraph"/>
        <w:numPr>
          <w:ilvl w:val="0"/>
          <w:numId w:val="10"/>
        </w:numPr>
        <w:rPr>
          <w:rFonts w:ascii="Arial" w:hAnsi="Arial" w:cs="Arial"/>
        </w:rPr>
      </w:pPr>
      <w:r w:rsidRPr="00EA69F3">
        <w:rPr>
          <w:rFonts w:ascii="Arial" w:hAnsi="Arial" w:cs="Arial"/>
        </w:rPr>
        <w:t xml:space="preserve">Help create a safe environment; report concerns; support others; </w:t>
      </w:r>
      <w:proofErr w:type="spellStart"/>
      <w:r w:rsidRPr="00EA69F3">
        <w:rPr>
          <w:rFonts w:ascii="Arial" w:hAnsi="Arial" w:cs="Arial"/>
        </w:rPr>
        <w:t>recognise</w:t>
      </w:r>
      <w:proofErr w:type="spellEnd"/>
      <w:r w:rsidRPr="00EA69F3">
        <w:rPr>
          <w:rFonts w:ascii="Arial" w:hAnsi="Arial" w:cs="Arial"/>
        </w:rPr>
        <w:t xml:space="preserve"> safeguarding is shared responsibility.</w:t>
      </w:r>
    </w:p>
    <w:p w14:paraId="17E743E3" w14:textId="667C4739" w:rsidR="001161C8" w:rsidRPr="008C1F9F" w:rsidRDefault="003E0405" w:rsidP="000C7A09">
      <w:pPr>
        <w:rPr>
          <w:rFonts w:ascii="Arial" w:hAnsi="Arial" w:cs="Arial"/>
          <w:i/>
          <w:iCs/>
        </w:rPr>
      </w:pPr>
      <w:r w:rsidRPr="008C1F9F">
        <w:rPr>
          <w:rFonts w:ascii="Arial" w:hAnsi="Arial" w:cs="Arial"/>
          <w:i/>
          <w:iCs/>
        </w:rPr>
        <w:t>What The Club Will Do</w:t>
      </w:r>
      <w:r w:rsidR="000C7A09" w:rsidRPr="008C1F9F">
        <w:rPr>
          <w:rFonts w:ascii="Arial" w:hAnsi="Arial" w:cs="Arial"/>
          <w:i/>
          <w:iCs/>
        </w:rPr>
        <w:t>:</w:t>
      </w:r>
    </w:p>
    <w:p w14:paraId="21CFF393" w14:textId="77777777" w:rsidR="001161C8" w:rsidRPr="00EA69F3" w:rsidRDefault="003E0405" w:rsidP="000C7A09">
      <w:pPr>
        <w:pStyle w:val="ListParagraph"/>
        <w:numPr>
          <w:ilvl w:val="0"/>
          <w:numId w:val="10"/>
        </w:numPr>
        <w:rPr>
          <w:rFonts w:ascii="Arial" w:hAnsi="Arial" w:cs="Arial"/>
        </w:rPr>
      </w:pPr>
      <w:r w:rsidRPr="00EA69F3">
        <w:rPr>
          <w:rFonts w:ascii="Arial" w:hAnsi="Arial" w:cs="Arial"/>
        </w:rPr>
        <w:t>Promote awareness; provide guidance; work with England Rugby and agencies; review safeguarding arrangements.</w:t>
      </w:r>
    </w:p>
    <w:p w14:paraId="7A28E608" w14:textId="77777777" w:rsidR="001161C8" w:rsidRPr="00EA69F3" w:rsidRDefault="003E0405" w:rsidP="000C7A09">
      <w:pPr>
        <w:rPr>
          <w:rFonts w:ascii="Arial" w:hAnsi="Arial" w:cs="Arial"/>
          <w:b/>
          <w:bCs/>
        </w:rPr>
      </w:pPr>
      <w:r w:rsidRPr="00EA69F3">
        <w:rPr>
          <w:rFonts w:ascii="Arial" w:hAnsi="Arial" w:cs="Arial"/>
          <w:b/>
          <w:bCs/>
        </w:rPr>
        <w:lastRenderedPageBreak/>
        <w:t>RESPECT</w:t>
      </w:r>
    </w:p>
    <w:p w14:paraId="6D920DED" w14:textId="441ECF53" w:rsidR="001161C8" w:rsidRPr="00EA69F3" w:rsidRDefault="003E0405" w:rsidP="000C7A09">
      <w:pPr>
        <w:rPr>
          <w:rFonts w:ascii="Arial" w:hAnsi="Arial" w:cs="Arial"/>
        </w:rPr>
      </w:pPr>
      <w:r w:rsidRPr="008C1F9F">
        <w:rPr>
          <w:rFonts w:ascii="Arial" w:hAnsi="Arial" w:cs="Arial"/>
          <w:i/>
          <w:iCs/>
        </w:rPr>
        <w:t>What We Ask Of Our Members</w:t>
      </w:r>
      <w:r w:rsidR="000C7A09" w:rsidRPr="00EA69F3">
        <w:rPr>
          <w:rFonts w:ascii="Arial" w:hAnsi="Arial" w:cs="Arial"/>
        </w:rPr>
        <w:t>:</w:t>
      </w:r>
    </w:p>
    <w:p w14:paraId="3FDB07DB" w14:textId="36043880" w:rsidR="00A1612D" w:rsidRPr="00EA69F3" w:rsidRDefault="00A1612D" w:rsidP="00A1612D">
      <w:pPr>
        <w:pStyle w:val="ListParagraph"/>
        <w:numPr>
          <w:ilvl w:val="0"/>
          <w:numId w:val="10"/>
        </w:numPr>
        <w:rPr>
          <w:rFonts w:ascii="Arial" w:hAnsi="Arial" w:cs="Arial"/>
          <w:lang w:val="en-GB"/>
        </w:rPr>
      </w:pPr>
      <w:r w:rsidRPr="00EA69F3">
        <w:rPr>
          <w:rFonts w:ascii="Arial" w:hAnsi="Arial" w:cs="Arial"/>
          <w:lang w:val="en-GB"/>
        </w:rPr>
        <w:t>Treat everyone with dignity; value diversity; listen to children; and encourage everyone to share good practice and raise concerns.</w:t>
      </w:r>
    </w:p>
    <w:p w14:paraId="0A22D580" w14:textId="21244BCF" w:rsidR="001161C8" w:rsidRPr="008C1F9F" w:rsidRDefault="003E0405" w:rsidP="000C7A09">
      <w:pPr>
        <w:rPr>
          <w:rFonts w:ascii="Arial" w:hAnsi="Arial" w:cs="Arial"/>
          <w:i/>
          <w:iCs/>
        </w:rPr>
      </w:pPr>
      <w:r w:rsidRPr="008C1F9F">
        <w:rPr>
          <w:rFonts w:ascii="Arial" w:hAnsi="Arial" w:cs="Arial"/>
          <w:i/>
          <w:iCs/>
        </w:rPr>
        <w:t>What The Club Will Do</w:t>
      </w:r>
      <w:r w:rsidR="000C7A09" w:rsidRPr="008C1F9F">
        <w:rPr>
          <w:rFonts w:ascii="Arial" w:hAnsi="Arial" w:cs="Arial"/>
          <w:i/>
          <w:iCs/>
        </w:rPr>
        <w:t>:</w:t>
      </w:r>
    </w:p>
    <w:p w14:paraId="0CF5DA3D" w14:textId="77777777" w:rsidR="001161C8" w:rsidRPr="00EA69F3" w:rsidRDefault="003E0405" w:rsidP="000C7A09">
      <w:pPr>
        <w:pStyle w:val="ListParagraph"/>
        <w:numPr>
          <w:ilvl w:val="0"/>
          <w:numId w:val="10"/>
        </w:numPr>
        <w:rPr>
          <w:rFonts w:ascii="Arial" w:hAnsi="Arial" w:cs="Arial"/>
        </w:rPr>
      </w:pPr>
      <w:r w:rsidRPr="00EA69F3">
        <w:rPr>
          <w:rFonts w:ascii="Arial" w:hAnsi="Arial" w:cs="Arial"/>
        </w:rPr>
        <w:t>Foster openness; take concerns seriously; promote positive behaviour; communicate expected standards.</w:t>
      </w:r>
    </w:p>
    <w:p w14:paraId="79745A14" w14:textId="77777777" w:rsidR="001161C8" w:rsidRPr="00EA69F3" w:rsidRDefault="003E0405" w:rsidP="000C7A09">
      <w:pPr>
        <w:rPr>
          <w:rFonts w:ascii="Arial" w:hAnsi="Arial" w:cs="Arial"/>
          <w:b/>
          <w:bCs/>
        </w:rPr>
      </w:pPr>
      <w:r w:rsidRPr="00EA69F3">
        <w:rPr>
          <w:rFonts w:ascii="Arial" w:hAnsi="Arial" w:cs="Arial"/>
          <w:b/>
          <w:bCs/>
        </w:rPr>
        <w:t>ENJOYMENT</w:t>
      </w:r>
    </w:p>
    <w:p w14:paraId="322F16A4" w14:textId="39BF1BDC" w:rsidR="001161C8" w:rsidRPr="008C1F9F" w:rsidRDefault="003E0405" w:rsidP="000C7A09">
      <w:pPr>
        <w:rPr>
          <w:rFonts w:ascii="Arial" w:hAnsi="Arial" w:cs="Arial"/>
          <w:i/>
          <w:iCs/>
        </w:rPr>
      </w:pPr>
      <w:r w:rsidRPr="008C1F9F">
        <w:rPr>
          <w:rFonts w:ascii="Arial" w:hAnsi="Arial" w:cs="Arial"/>
          <w:i/>
          <w:iCs/>
        </w:rPr>
        <w:t>What We Ask Of Our Members</w:t>
      </w:r>
      <w:r w:rsidR="000C7A09" w:rsidRPr="008C1F9F">
        <w:rPr>
          <w:rFonts w:ascii="Arial" w:hAnsi="Arial" w:cs="Arial"/>
          <w:i/>
          <w:iCs/>
        </w:rPr>
        <w:t>:</w:t>
      </w:r>
    </w:p>
    <w:p w14:paraId="378B566F" w14:textId="77777777" w:rsidR="001161C8" w:rsidRPr="00EA69F3" w:rsidRDefault="003E0405" w:rsidP="000C7A09">
      <w:pPr>
        <w:pStyle w:val="ListParagraph"/>
        <w:numPr>
          <w:ilvl w:val="0"/>
          <w:numId w:val="10"/>
        </w:numPr>
        <w:rPr>
          <w:rFonts w:ascii="Arial" w:hAnsi="Arial" w:cs="Arial"/>
        </w:rPr>
      </w:pPr>
      <w:r w:rsidRPr="00EA69F3">
        <w:rPr>
          <w:rFonts w:ascii="Arial" w:hAnsi="Arial" w:cs="Arial"/>
        </w:rPr>
        <w:t>Help make rugby enjoyable; encourage participation; support positive experiences.</w:t>
      </w:r>
    </w:p>
    <w:p w14:paraId="48C44AF9" w14:textId="5957A125" w:rsidR="001161C8" w:rsidRPr="008C1F9F" w:rsidRDefault="003E0405" w:rsidP="000C7A09">
      <w:pPr>
        <w:rPr>
          <w:rFonts w:ascii="Arial" w:hAnsi="Arial" w:cs="Arial"/>
          <w:i/>
          <w:iCs/>
        </w:rPr>
      </w:pPr>
      <w:r w:rsidRPr="008C1F9F">
        <w:rPr>
          <w:rFonts w:ascii="Arial" w:hAnsi="Arial" w:cs="Arial"/>
          <w:i/>
          <w:iCs/>
        </w:rPr>
        <w:t>What The Club Will Do</w:t>
      </w:r>
      <w:r w:rsidR="000C7A09" w:rsidRPr="008C1F9F">
        <w:rPr>
          <w:rFonts w:ascii="Arial" w:hAnsi="Arial" w:cs="Arial"/>
          <w:i/>
          <w:iCs/>
        </w:rPr>
        <w:t>:</w:t>
      </w:r>
    </w:p>
    <w:p w14:paraId="54A730E2" w14:textId="0BCD356B" w:rsidR="001161C8" w:rsidRPr="00EA69F3" w:rsidRDefault="003E0405" w:rsidP="000C7A09">
      <w:pPr>
        <w:pStyle w:val="ListParagraph"/>
        <w:numPr>
          <w:ilvl w:val="0"/>
          <w:numId w:val="10"/>
        </w:numPr>
        <w:rPr>
          <w:rFonts w:ascii="Arial" w:hAnsi="Arial" w:cs="Arial"/>
        </w:rPr>
      </w:pPr>
      <w:r w:rsidRPr="00EA69F3">
        <w:rPr>
          <w:rFonts w:ascii="Arial" w:hAnsi="Arial" w:cs="Arial"/>
        </w:rPr>
        <w:t>Create a safe</w:t>
      </w:r>
      <w:r w:rsidR="00EC6195" w:rsidRPr="00EA69F3">
        <w:rPr>
          <w:rFonts w:ascii="Arial" w:hAnsi="Arial" w:cs="Arial"/>
        </w:rPr>
        <w:t>,</w:t>
      </w:r>
      <w:r w:rsidRPr="00EA69F3">
        <w:rPr>
          <w:rFonts w:ascii="Arial" w:hAnsi="Arial" w:cs="Arial"/>
        </w:rPr>
        <w:t xml:space="preserve"> welcoming environment; prioritise</w:t>
      </w:r>
      <w:r w:rsidR="00845649" w:rsidRPr="00EA69F3">
        <w:rPr>
          <w:rFonts w:ascii="Arial" w:hAnsi="Arial" w:cs="Arial"/>
        </w:rPr>
        <w:t xml:space="preserve"> safeguarding and welfare</w:t>
      </w:r>
      <w:r w:rsidRPr="00EA69F3">
        <w:rPr>
          <w:rFonts w:ascii="Arial" w:hAnsi="Arial" w:cs="Arial"/>
        </w:rPr>
        <w:t>; celebrate positive contributions.</w:t>
      </w:r>
    </w:p>
    <w:p w14:paraId="57939726" w14:textId="77777777" w:rsidR="001161C8" w:rsidRPr="00EA69F3" w:rsidRDefault="003E0405" w:rsidP="000C7A09">
      <w:pPr>
        <w:rPr>
          <w:rFonts w:ascii="Arial" w:hAnsi="Arial" w:cs="Arial"/>
          <w:b/>
          <w:bCs/>
        </w:rPr>
      </w:pPr>
      <w:r w:rsidRPr="00EA69F3">
        <w:rPr>
          <w:rFonts w:ascii="Arial" w:hAnsi="Arial" w:cs="Arial"/>
          <w:b/>
          <w:bCs/>
        </w:rPr>
        <w:t>DISCIPLINE</w:t>
      </w:r>
    </w:p>
    <w:p w14:paraId="0DE9FA84" w14:textId="3C473C8F" w:rsidR="001161C8" w:rsidRPr="008C1F9F" w:rsidRDefault="003E0405" w:rsidP="000C7A09">
      <w:pPr>
        <w:rPr>
          <w:rFonts w:ascii="Arial" w:hAnsi="Arial" w:cs="Arial"/>
          <w:i/>
          <w:iCs/>
        </w:rPr>
      </w:pPr>
      <w:r w:rsidRPr="008C1F9F">
        <w:rPr>
          <w:rFonts w:ascii="Arial" w:hAnsi="Arial" w:cs="Arial"/>
          <w:i/>
          <w:iCs/>
        </w:rPr>
        <w:t>What We Ask Of Our Members</w:t>
      </w:r>
      <w:r w:rsidR="000C7A09" w:rsidRPr="008C1F9F">
        <w:rPr>
          <w:rFonts w:ascii="Arial" w:hAnsi="Arial" w:cs="Arial"/>
          <w:i/>
          <w:iCs/>
        </w:rPr>
        <w:t>:</w:t>
      </w:r>
    </w:p>
    <w:p w14:paraId="2B55F411" w14:textId="77777777" w:rsidR="001161C8" w:rsidRPr="00EA69F3" w:rsidRDefault="003E0405" w:rsidP="000C7A09">
      <w:pPr>
        <w:pStyle w:val="ListParagraph"/>
        <w:numPr>
          <w:ilvl w:val="0"/>
          <w:numId w:val="10"/>
        </w:numPr>
        <w:rPr>
          <w:rFonts w:ascii="Arial" w:hAnsi="Arial" w:cs="Arial"/>
        </w:rPr>
      </w:pPr>
      <w:r w:rsidRPr="00EA69F3">
        <w:rPr>
          <w:rFonts w:ascii="Arial" w:hAnsi="Arial" w:cs="Arial"/>
        </w:rPr>
        <w:t>Follow policies and codes; take responsibility; raise concerns.</w:t>
      </w:r>
    </w:p>
    <w:p w14:paraId="0DC21989" w14:textId="0F66C7BE" w:rsidR="001161C8" w:rsidRPr="008C1F9F" w:rsidRDefault="003E0405" w:rsidP="000C7A09">
      <w:pPr>
        <w:rPr>
          <w:rFonts w:ascii="Arial" w:hAnsi="Arial" w:cs="Arial"/>
          <w:i/>
          <w:iCs/>
        </w:rPr>
      </w:pPr>
      <w:r w:rsidRPr="008C1F9F">
        <w:rPr>
          <w:rFonts w:ascii="Arial" w:hAnsi="Arial" w:cs="Arial"/>
          <w:i/>
          <w:iCs/>
        </w:rPr>
        <w:t>What The Club Will Do</w:t>
      </w:r>
      <w:r w:rsidR="000C7A09" w:rsidRPr="008C1F9F">
        <w:rPr>
          <w:rFonts w:ascii="Arial" w:hAnsi="Arial" w:cs="Arial"/>
          <w:i/>
          <w:iCs/>
        </w:rPr>
        <w:t>:</w:t>
      </w:r>
    </w:p>
    <w:p w14:paraId="7D615478" w14:textId="77777777" w:rsidR="001161C8" w:rsidRPr="00EA69F3" w:rsidRDefault="003E0405" w:rsidP="000C7A09">
      <w:pPr>
        <w:pStyle w:val="ListParagraph"/>
        <w:numPr>
          <w:ilvl w:val="0"/>
          <w:numId w:val="10"/>
        </w:numPr>
        <w:rPr>
          <w:rFonts w:ascii="Arial" w:hAnsi="Arial" w:cs="Arial"/>
        </w:rPr>
      </w:pPr>
      <w:r w:rsidRPr="00EA69F3">
        <w:rPr>
          <w:rFonts w:ascii="Arial" w:hAnsi="Arial" w:cs="Arial"/>
        </w:rPr>
        <w:t>Respond appropriately to concerns; apply procedures fairly; take action where risks arise.</w:t>
      </w:r>
    </w:p>
    <w:p w14:paraId="6919C6C4" w14:textId="77777777" w:rsidR="001161C8" w:rsidRPr="00EA69F3" w:rsidRDefault="003E0405" w:rsidP="000C7A09">
      <w:pPr>
        <w:rPr>
          <w:rFonts w:ascii="Arial" w:hAnsi="Arial" w:cs="Arial"/>
          <w:b/>
          <w:bCs/>
        </w:rPr>
      </w:pPr>
      <w:r w:rsidRPr="00EA69F3">
        <w:rPr>
          <w:rFonts w:ascii="Arial" w:hAnsi="Arial" w:cs="Arial"/>
          <w:b/>
          <w:bCs/>
        </w:rPr>
        <w:t>SPORTSMANSHIP</w:t>
      </w:r>
    </w:p>
    <w:p w14:paraId="700FFC59" w14:textId="4B261965" w:rsidR="001161C8" w:rsidRPr="008C1F9F" w:rsidRDefault="003E0405" w:rsidP="000C7A09">
      <w:pPr>
        <w:rPr>
          <w:rFonts w:ascii="Arial" w:hAnsi="Arial" w:cs="Arial"/>
          <w:i/>
          <w:iCs/>
        </w:rPr>
      </w:pPr>
      <w:r w:rsidRPr="008C1F9F">
        <w:rPr>
          <w:rFonts w:ascii="Arial" w:hAnsi="Arial" w:cs="Arial"/>
          <w:i/>
          <w:iCs/>
        </w:rPr>
        <w:t>What We Ask Of Our Members</w:t>
      </w:r>
      <w:r w:rsidR="000C7A09" w:rsidRPr="008C1F9F">
        <w:rPr>
          <w:rFonts w:ascii="Arial" w:hAnsi="Arial" w:cs="Arial"/>
          <w:i/>
          <w:iCs/>
        </w:rPr>
        <w:t>:</w:t>
      </w:r>
    </w:p>
    <w:p w14:paraId="05EA66CE" w14:textId="77777777" w:rsidR="001161C8" w:rsidRPr="00EA69F3" w:rsidRDefault="003E0405" w:rsidP="000C7A09">
      <w:pPr>
        <w:pStyle w:val="ListParagraph"/>
        <w:numPr>
          <w:ilvl w:val="0"/>
          <w:numId w:val="10"/>
        </w:numPr>
        <w:rPr>
          <w:rFonts w:ascii="Arial" w:hAnsi="Arial" w:cs="Arial"/>
        </w:rPr>
      </w:pPr>
      <w:r w:rsidRPr="00EA69F3">
        <w:rPr>
          <w:rFonts w:ascii="Arial" w:hAnsi="Arial" w:cs="Arial"/>
        </w:rPr>
        <w:t>Demonstrate honesty, fairness and kindness; be a role model; challenge poor behaviour.</w:t>
      </w:r>
    </w:p>
    <w:p w14:paraId="19E600A4" w14:textId="3D406858" w:rsidR="001161C8" w:rsidRPr="008C1F9F" w:rsidRDefault="003E0405" w:rsidP="000C7A09">
      <w:pPr>
        <w:rPr>
          <w:rFonts w:ascii="Arial" w:hAnsi="Arial" w:cs="Arial"/>
          <w:i/>
          <w:iCs/>
        </w:rPr>
      </w:pPr>
      <w:r w:rsidRPr="008C1F9F">
        <w:rPr>
          <w:rFonts w:ascii="Arial" w:hAnsi="Arial" w:cs="Arial"/>
          <w:i/>
          <w:iCs/>
        </w:rPr>
        <w:t>What The Club Will Do</w:t>
      </w:r>
      <w:r w:rsidR="000C7A09" w:rsidRPr="008C1F9F">
        <w:rPr>
          <w:rFonts w:ascii="Arial" w:hAnsi="Arial" w:cs="Arial"/>
          <w:i/>
          <w:iCs/>
        </w:rPr>
        <w:t>:</w:t>
      </w:r>
    </w:p>
    <w:p w14:paraId="13D1DF58" w14:textId="77777777" w:rsidR="001161C8" w:rsidRPr="00EA69F3" w:rsidRDefault="003E0405" w:rsidP="000C7A09">
      <w:pPr>
        <w:pStyle w:val="ListParagraph"/>
        <w:numPr>
          <w:ilvl w:val="0"/>
          <w:numId w:val="10"/>
        </w:numPr>
        <w:rPr>
          <w:rFonts w:ascii="Arial" w:hAnsi="Arial" w:cs="Arial"/>
        </w:rPr>
      </w:pPr>
      <w:r w:rsidRPr="00EA69F3">
        <w:rPr>
          <w:rFonts w:ascii="Arial" w:hAnsi="Arial" w:cs="Arial"/>
        </w:rPr>
        <w:t>Promote rugby values; support volunteers and officials; maintain a safe environment.</w:t>
      </w:r>
    </w:p>
    <w:p w14:paraId="52CD7CA8" w14:textId="77777777" w:rsidR="001161C8" w:rsidRPr="00EA69F3" w:rsidRDefault="003E0405" w:rsidP="0080084F">
      <w:pPr>
        <w:jc w:val="center"/>
        <w:rPr>
          <w:rFonts w:ascii="Arial" w:hAnsi="Arial" w:cs="Arial"/>
          <w:b/>
          <w:bCs/>
          <w:sz w:val="24"/>
          <w:szCs w:val="24"/>
        </w:rPr>
      </w:pPr>
      <w:r w:rsidRPr="00EA69F3">
        <w:rPr>
          <w:rFonts w:ascii="Arial" w:hAnsi="Arial" w:cs="Arial"/>
          <w:b/>
          <w:bCs/>
          <w:sz w:val="24"/>
          <w:szCs w:val="24"/>
        </w:rPr>
        <w:t>Listening to Children and Young People</w:t>
      </w:r>
    </w:p>
    <w:p w14:paraId="50A5F2CE" w14:textId="77777777" w:rsidR="001161C8" w:rsidRPr="00EA69F3" w:rsidRDefault="003E0405" w:rsidP="000C7A09">
      <w:pPr>
        <w:rPr>
          <w:rFonts w:ascii="Arial" w:hAnsi="Arial" w:cs="Arial"/>
        </w:rPr>
      </w:pPr>
      <w:r w:rsidRPr="00EA69F3">
        <w:rPr>
          <w:rFonts w:ascii="Arial" w:hAnsi="Arial" w:cs="Arial"/>
        </w:rPr>
        <w:lastRenderedPageBreak/>
        <w:t>We are committed to listening to children and young people, taking their views seriously and supporting them to speak up when something concerns them.</w:t>
      </w:r>
    </w:p>
    <w:p w14:paraId="00E78FD0" w14:textId="77777777" w:rsidR="001161C8" w:rsidRPr="00EA69F3" w:rsidRDefault="003E0405" w:rsidP="0080084F">
      <w:pPr>
        <w:jc w:val="center"/>
        <w:rPr>
          <w:rFonts w:ascii="Arial" w:hAnsi="Arial" w:cs="Arial"/>
          <w:b/>
          <w:bCs/>
          <w:sz w:val="24"/>
          <w:szCs w:val="24"/>
        </w:rPr>
      </w:pPr>
      <w:r w:rsidRPr="00EA69F3">
        <w:rPr>
          <w:rFonts w:ascii="Arial" w:hAnsi="Arial" w:cs="Arial"/>
          <w:b/>
          <w:bCs/>
          <w:sz w:val="24"/>
          <w:szCs w:val="24"/>
        </w:rPr>
        <w:t>Club-Specific Safeguarding Considerations</w:t>
      </w:r>
    </w:p>
    <w:p w14:paraId="31DF946A" w14:textId="4D144883" w:rsidR="001161C8" w:rsidRPr="00EA69F3" w:rsidRDefault="00403396" w:rsidP="000C7A09">
      <w:pPr>
        <w:rPr>
          <w:rFonts w:ascii="Arial" w:hAnsi="Arial" w:cs="Arial"/>
        </w:rPr>
      </w:pPr>
      <w:r w:rsidRPr="00EA69F3">
        <w:rPr>
          <w:rFonts w:ascii="Arial" w:hAnsi="Arial" w:cs="Arial"/>
        </w:rPr>
        <w:t xml:space="preserve">Old </w:t>
      </w:r>
      <w:proofErr w:type="spellStart"/>
      <w:r w:rsidRPr="00EA69F3">
        <w:rPr>
          <w:rFonts w:ascii="Arial" w:hAnsi="Arial" w:cs="Arial"/>
        </w:rPr>
        <w:t>Colfeians</w:t>
      </w:r>
      <w:proofErr w:type="spellEnd"/>
      <w:r w:rsidR="003E0405" w:rsidRPr="00EA69F3">
        <w:rPr>
          <w:rFonts w:ascii="Arial" w:hAnsi="Arial" w:cs="Arial"/>
        </w:rPr>
        <w:t xml:space="preserve"> RFC will regularly consider safeguarding matters relevant to its facilities, activities and location. These may include shared facilities, public access arrangements, environmental hazards, changing facilities, travel, tours, events, digital communication and partnership working.</w:t>
      </w:r>
      <w:r w:rsidR="000C7A09" w:rsidRPr="00EA69F3">
        <w:rPr>
          <w:rFonts w:ascii="Arial" w:hAnsi="Arial" w:cs="Arial"/>
        </w:rPr>
        <w:t xml:space="preserve">  </w:t>
      </w:r>
    </w:p>
    <w:p w14:paraId="0A4145AD" w14:textId="77777777" w:rsidR="00B82EE5" w:rsidRPr="00EA69F3" w:rsidRDefault="00B82EE5" w:rsidP="0080084F">
      <w:pPr>
        <w:jc w:val="center"/>
        <w:rPr>
          <w:rFonts w:ascii="Arial" w:hAnsi="Arial" w:cs="Arial"/>
          <w:b/>
          <w:bCs/>
          <w:sz w:val="24"/>
          <w:szCs w:val="24"/>
        </w:rPr>
      </w:pPr>
      <w:r w:rsidRPr="00EA69F3">
        <w:rPr>
          <w:rFonts w:ascii="Arial" w:hAnsi="Arial" w:cs="Arial"/>
          <w:b/>
          <w:bCs/>
          <w:sz w:val="24"/>
          <w:szCs w:val="24"/>
        </w:rPr>
        <w:t>Safer Recruitment, Training and Support</w:t>
      </w:r>
    </w:p>
    <w:p w14:paraId="051AB61F" w14:textId="77777777" w:rsidR="00B82EE5" w:rsidRPr="00EA69F3" w:rsidRDefault="00B82EE5" w:rsidP="00B82EE5">
      <w:pPr>
        <w:rPr>
          <w:rFonts w:ascii="Arial" w:hAnsi="Arial" w:cs="Arial"/>
        </w:rPr>
      </w:pPr>
      <w:r w:rsidRPr="00EA69F3">
        <w:rPr>
          <w:rFonts w:ascii="Arial" w:hAnsi="Arial" w:cs="Arial"/>
        </w:rPr>
        <w:t>The Club is committed to ensuring that individuals working with children are appropriately recruited, vetted, trained and supported in accordance with RFU requirements.</w:t>
      </w:r>
    </w:p>
    <w:p w14:paraId="23A7F87C" w14:textId="77777777" w:rsidR="001161C8" w:rsidRPr="00EA69F3" w:rsidRDefault="003E0405" w:rsidP="0080084F">
      <w:pPr>
        <w:jc w:val="center"/>
        <w:rPr>
          <w:rFonts w:ascii="Arial" w:hAnsi="Arial" w:cs="Arial"/>
          <w:b/>
          <w:bCs/>
          <w:sz w:val="24"/>
          <w:szCs w:val="24"/>
        </w:rPr>
      </w:pPr>
      <w:r w:rsidRPr="00EA69F3">
        <w:rPr>
          <w:rFonts w:ascii="Arial" w:hAnsi="Arial" w:cs="Arial"/>
          <w:b/>
          <w:bCs/>
          <w:sz w:val="24"/>
          <w:szCs w:val="24"/>
        </w:rPr>
        <w:t>Reporting Concerns</w:t>
      </w:r>
    </w:p>
    <w:p w14:paraId="2BE69751" w14:textId="77777777" w:rsidR="00140DF8" w:rsidRDefault="003E0405" w:rsidP="000C7A09">
      <w:pPr>
        <w:rPr>
          <w:rFonts w:ascii="Arial" w:hAnsi="Arial" w:cs="Arial"/>
        </w:rPr>
      </w:pPr>
      <w:r w:rsidRPr="00EA69F3">
        <w:rPr>
          <w:rFonts w:ascii="Arial" w:hAnsi="Arial" w:cs="Arial"/>
        </w:rPr>
        <w:t>If you have any concern regarding the welfare, wellbeing or safety of a child, report it without delay.</w:t>
      </w:r>
    </w:p>
    <w:p w14:paraId="25A1CA9C" w14:textId="24BB27A7" w:rsidR="00A552DE" w:rsidRPr="00EA69F3" w:rsidRDefault="003E0405" w:rsidP="000C7A09">
      <w:pPr>
        <w:rPr>
          <w:rFonts w:ascii="Arial" w:hAnsi="Arial" w:cs="Arial"/>
        </w:rPr>
      </w:pPr>
      <w:r w:rsidRPr="00EA69F3">
        <w:rPr>
          <w:rFonts w:ascii="Arial" w:hAnsi="Arial" w:cs="Arial"/>
        </w:rPr>
        <w:br/>
      </w:r>
      <w:r w:rsidRPr="008C1F9F">
        <w:rPr>
          <w:rFonts w:ascii="Arial" w:hAnsi="Arial" w:cs="Arial"/>
          <w:b/>
          <w:bCs/>
        </w:rPr>
        <w:t>Club Safeguarding Officer:</w:t>
      </w:r>
      <w:r w:rsidR="000C7A09" w:rsidRPr="00EA69F3">
        <w:rPr>
          <w:rFonts w:ascii="Arial" w:hAnsi="Arial" w:cs="Arial"/>
        </w:rPr>
        <w:tab/>
      </w:r>
      <w:r w:rsidR="00403396" w:rsidRPr="00EA69F3">
        <w:rPr>
          <w:rFonts w:ascii="Arial" w:hAnsi="Arial" w:cs="Arial"/>
        </w:rPr>
        <w:t>Amy Wicks</w:t>
      </w:r>
      <w:r w:rsidRPr="00EA69F3">
        <w:rPr>
          <w:rFonts w:ascii="Arial" w:hAnsi="Arial" w:cs="Arial"/>
        </w:rPr>
        <w:br/>
      </w:r>
      <w:r w:rsidRPr="008C1F9F">
        <w:rPr>
          <w:rFonts w:ascii="Arial" w:hAnsi="Arial" w:cs="Arial"/>
          <w:b/>
          <w:bCs/>
        </w:rPr>
        <w:t xml:space="preserve">Email: </w:t>
      </w:r>
      <w:r w:rsidR="000C7A09" w:rsidRPr="008C1F9F">
        <w:rPr>
          <w:rFonts w:ascii="Arial" w:hAnsi="Arial" w:cs="Arial"/>
          <w:b/>
          <w:bCs/>
        </w:rPr>
        <w:tab/>
      </w:r>
      <w:r w:rsidR="000C7A09" w:rsidRPr="008C1F9F">
        <w:rPr>
          <w:rFonts w:ascii="Arial" w:hAnsi="Arial" w:cs="Arial"/>
          <w:b/>
          <w:bCs/>
        </w:rPr>
        <w:tab/>
      </w:r>
      <w:r w:rsidR="000C7A09" w:rsidRPr="00EA69F3">
        <w:rPr>
          <w:rFonts w:ascii="Arial" w:hAnsi="Arial" w:cs="Arial"/>
        </w:rPr>
        <w:tab/>
      </w:r>
      <w:r w:rsidR="00A552DE" w:rsidRPr="00EA69F3">
        <w:rPr>
          <w:rFonts w:ascii="Arial" w:hAnsi="Arial" w:cs="Arial"/>
        </w:rPr>
        <w:t>safeguarder@ocrfc.co.uk</w:t>
      </w:r>
      <w:r w:rsidRPr="00EA69F3">
        <w:rPr>
          <w:rFonts w:ascii="Arial" w:hAnsi="Arial" w:cs="Arial"/>
        </w:rPr>
        <w:br/>
      </w:r>
      <w:r w:rsidRPr="008C1F9F">
        <w:rPr>
          <w:rFonts w:ascii="Arial" w:hAnsi="Arial" w:cs="Arial"/>
          <w:b/>
          <w:bCs/>
        </w:rPr>
        <w:t>Telephone:</w:t>
      </w:r>
      <w:r w:rsidR="000C7A09" w:rsidRPr="008C1F9F">
        <w:rPr>
          <w:rFonts w:ascii="Arial" w:hAnsi="Arial" w:cs="Arial"/>
          <w:b/>
          <w:bCs/>
        </w:rPr>
        <w:tab/>
      </w:r>
      <w:r w:rsidR="000C7A09" w:rsidRPr="00EA69F3">
        <w:rPr>
          <w:rFonts w:ascii="Arial" w:hAnsi="Arial" w:cs="Arial"/>
        </w:rPr>
        <w:tab/>
      </w:r>
      <w:r w:rsidR="000C7A09" w:rsidRPr="00EA69F3">
        <w:rPr>
          <w:rFonts w:ascii="Arial" w:hAnsi="Arial" w:cs="Arial"/>
        </w:rPr>
        <w:tab/>
      </w:r>
      <w:r w:rsidR="00DA014D" w:rsidRPr="00EA69F3">
        <w:rPr>
          <w:rFonts w:ascii="Arial" w:hAnsi="Arial" w:cs="Arial"/>
        </w:rPr>
        <w:t>07793002688</w:t>
      </w:r>
    </w:p>
    <w:p w14:paraId="4A23CC39" w14:textId="15DEF676" w:rsidR="001161C8" w:rsidRPr="00EA69F3" w:rsidRDefault="003E0405" w:rsidP="000C7A09">
      <w:pPr>
        <w:rPr>
          <w:rFonts w:ascii="Arial" w:hAnsi="Arial" w:cs="Arial"/>
        </w:rPr>
      </w:pPr>
      <w:r w:rsidRPr="00EA69F3">
        <w:rPr>
          <w:rFonts w:ascii="Arial" w:hAnsi="Arial" w:cs="Arial"/>
        </w:rPr>
        <w:br/>
        <w:t>The Club Safeguarding Officer is the first point of contact for safeguarding concerns within the Club. If a concern involves the Club Safeguarding Officer, concerns may be raised with the Constituent Body Safeguarding Manager, RFU Safeguarding Team</w:t>
      </w:r>
      <w:r w:rsidR="005002B0" w:rsidRPr="00EA69F3">
        <w:rPr>
          <w:rFonts w:ascii="Arial" w:hAnsi="Arial" w:cs="Arial"/>
        </w:rPr>
        <w:t xml:space="preserve"> (</w:t>
      </w:r>
      <w:hyperlink r:id="rId9" w:history="1">
        <w:r w:rsidR="005002B0" w:rsidRPr="00EA69F3">
          <w:rPr>
            <w:rStyle w:val="Hyperlink"/>
            <w:rFonts w:ascii="Arial" w:hAnsi="Arial" w:cs="Arial"/>
          </w:rPr>
          <w:t xml:space="preserve">via </w:t>
        </w:r>
        <w:r w:rsidR="002F79B2" w:rsidRPr="00EA69F3">
          <w:rPr>
            <w:rStyle w:val="Hyperlink"/>
            <w:rFonts w:ascii="Arial" w:hAnsi="Arial" w:cs="Arial"/>
          </w:rPr>
          <w:t>the reporting form</w:t>
        </w:r>
      </w:hyperlink>
      <w:r w:rsidR="002F79B2" w:rsidRPr="00EA69F3">
        <w:rPr>
          <w:rFonts w:ascii="Arial" w:hAnsi="Arial" w:cs="Arial"/>
        </w:rPr>
        <w:t>)</w:t>
      </w:r>
      <w:r w:rsidRPr="00EA69F3">
        <w:rPr>
          <w:rFonts w:ascii="Arial" w:hAnsi="Arial" w:cs="Arial"/>
        </w:rPr>
        <w:t>, Children's Social Care or the Police. If a child is at immediate risk of harm, contact emergency services immediately.</w:t>
      </w:r>
    </w:p>
    <w:p w14:paraId="069CA1C0" w14:textId="77777777" w:rsidR="00140DF8" w:rsidRDefault="00140DF8" w:rsidP="000C7A09">
      <w:pPr>
        <w:rPr>
          <w:rFonts w:ascii="Arial" w:hAnsi="Arial" w:cs="Arial"/>
          <w:b/>
          <w:bCs/>
          <w:sz w:val="24"/>
          <w:szCs w:val="24"/>
        </w:rPr>
      </w:pPr>
    </w:p>
    <w:p w14:paraId="1497B960" w14:textId="77777777" w:rsidR="00140DF8" w:rsidRDefault="00140DF8" w:rsidP="000C7A09">
      <w:pPr>
        <w:rPr>
          <w:rFonts w:ascii="Arial" w:hAnsi="Arial" w:cs="Arial"/>
          <w:b/>
          <w:bCs/>
          <w:sz w:val="24"/>
          <w:szCs w:val="24"/>
        </w:rPr>
      </w:pPr>
    </w:p>
    <w:p w14:paraId="2E24364B" w14:textId="77777777" w:rsidR="00140DF8" w:rsidRDefault="00140DF8" w:rsidP="000C7A09">
      <w:pPr>
        <w:rPr>
          <w:rFonts w:ascii="Arial" w:hAnsi="Arial" w:cs="Arial"/>
          <w:b/>
          <w:bCs/>
          <w:sz w:val="24"/>
          <w:szCs w:val="24"/>
        </w:rPr>
      </w:pPr>
    </w:p>
    <w:p w14:paraId="6132E5CC" w14:textId="77777777" w:rsidR="0080084F" w:rsidRDefault="0080084F" w:rsidP="000C7A09">
      <w:pPr>
        <w:rPr>
          <w:rFonts w:ascii="Arial" w:hAnsi="Arial" w:cs="Arial"/>
          <w:b/>
          <w:bCs/>
          <w:sz w:val="24"/>
          <w:szCs w:val="24"/>
        </w:rPr>
      </w:pPr>
    </w:p>
    <w:p w14:paraId="2BFF5B05" w14:textId="77777777" w:rsidR="0080084F" w:rsidRDefault="0080084F" w:rsidP="000C7A09">
      <w:pPr>
        <w:rPr>
          <w:rFonts w:ascii="Arial" w:hAnsi="Arial" w:cs="Arial"/>
          <w:b/>
          <w:bCs/>
          <w:sz w:val="24"/>
          <w:szCs w:val="24"/>
        </w:rPr>
      </w:pPr>
    </w:p>
    <w:p w14:paraId="662A385D" w14:textId="77777777" w:rsidR="0080084F" w:rsidRDefault="0080084F" w:rsidP="000C7A09">
      <w:pPr>
        <w:rPr>
          <w:rFonts w:ascii="Arial" w:hAnsi="Arial" w:cs="Arial"/>
          <w:b/>
          <w:bCs/>
          <w:sz w:val="24"/>
          <w:szCs w:val="24"/>
        </w:rPr>
      </w:pPr>
    </w:p>
    <w:p w14:paraId="199838C3" w14:textId="77777777" w:rsidR="0080084F" w:rsidRDefault="0080084F" w:rsidP="000C7A09">
      <w:pPr>
        <w:rPr>
          <w:rFonts w:ascii="Arial" w:hAnsi="Arial" w:cs="Arial"/>
          <w:b/>
          <w:bCs/>
          <w:sz w:val="24"/>
          <w:szCs w:val="24"/>
        </w:rPr>
      </w:pPr>
    </w:p>
    <w:p w14:paraId="43C05EC0" w14:textId="77777777" w:rsidR="0080084F" w:rsidRDefault="0080084F" w:rsidP="000C7A09">
      <w:pPr>
        <w:rPr>
          <w:rFonts w:ascii="Arial" w:hAnsi="Arial" w:cs="Arial"/>
          <w:b/>
          <w:bCs/>
          <w:sz w:val="24"/>
          <w:szCs w:val="24"/>
        </w:rPr>
      </w:pPr>
    </w:p>
    <w:p w14:paraId="006BA21C" w14:textId="77777777" w:rsidR="0080084F" w:rsidRDefault="0080084F" w:rsidP="000C7A09">
      <w:pPr>
        <w:rPr>
          <w:rFonts w:ascii="Arial" w:hAnsi="Arial" w:cs="Arial"/>
          <w:b/>
          <w:bCs/>
          <w:sz w:val="24"/>
          <w:szCs w:val="24"/>
        </w:rPr>
      </w:pPr>
    </w:p>
    <w:p w14:paraId="5AF7F970" w14:textId="45FFC66A" w:rsidR="001161C8" w:rsidRPr="00EA69F3" w:rsidRDefault="003E0405" w:rsidP="0080084F">
      <w:pPr>
        <w:jc w:val="center"/>
        <w:rPr>
          <w:rFonts w:ascii="Arial" w:hAnsi="Arial" w:cs="Arial"/>
          <w:b/>
          <w:bCs/>
          <w:sz w:val="24"/>
          <w:szCs w:val="24"/>
        </w:rPr>
      </w:pPr>
      <w:r w:rsidRPr="00EA69F3">
        <w:rPr>
          <w:rFonts w:ascii="Arial" w:hAnsi="Arial" w:cs="Arial"/>
          <w:b/>
          <w:bCs/>
          <w:sz w:val="24"/>
          <w:szCs w:val="24"/>
        </w:rPr>
        <w:t>Policy Review</w:t>
      </w:r>
    </w:p>
    <w:p w14:paraId="3F3B079F" w14:textId="77777777" w:rsidR="0080084F" w:rsidRDefault="003E0405" w:rsidP="000C7A09">
      <w:pPr>
        <w:rPr>
          <w:rFonts w:ascii="Arial" w:hAnsi="Arial" w:cs="Arial"/>
        </w:rPr>
      </w:pPr>
      <w:r w:rsidRPr="00EA69F3">
        <w:rPr>
          <w:rFonts w:ascii="Arial" w:hAnsi="Arial" w:cs="Arial"/>
        </w:rPr>
        <w:t>This policy will be reviewed annually, following significant safeguarding incidents, or following changes to RFU safeguarding requirements</w:t>
      </w:r>
    </w:p>
    <w:p w14:paraId="68E7D83F" w14:textId="32AD58F9" w:rsidR="001161C8" w:rsidRPr="0080084F" w:rsidRDefault="003E0405" w:rsidP="000C7A09">
      <w:pPr>
        <w:rPr>
          <w:rFonts w:ascii="Arial" w:hAnsi="Arial" w:cs="Arial"/>
        </w:rPr>
      </w:pPr>
      <w:r w:rsidRPr="00EA69F3">
        <w:rPr>
          <w:rFonts w:ascii="Arial" w:hAnsi="Arial" w:cs="Arial"/>
          <w:b/>
          <w:bCs/>
          <w:sz w:val="24"/>
          <w:szCs w:val="24"/>
        </w:rPr>
        <w:t>Adoption</w:t>
      </w:r>
    </w:p>
    <w:p w14:paraId="49E9F8B6" w14:textId="144BD812" w:rsidR="001161C8" w:rsidRPr="00EA69F3" w:rsidRDefault="003E0405" w:rsidP="000C7A09">
      <w:pPr>
        <w:rPr>
          <w:rFonts w:ascii="Arial" w:hAnsi="Arial" w:cs="Arial"/>
        </w:rPr>
      </w:pPr>
      <w:r w:rsidRPr="00EA69F3">
        <w:rPr>
          <w:rFonts w:ascii="Arial" w:hAnsi="Arial" w:cs="Arial"/>
        </w:rPr>
        <w:t xml:space="preserve">Club Name: </w:t>
      </w:r>
      <w:r w:rsidR="000C7A09" w:rsidRPr="00EA69F3">
        <w:rPr>
          <w:rFonts w:ascii="Arial" w:hAnsi="Arial" w:cs="Arial"/>
        </w:rPr>
        <w:tab/>
      </w:r>
      <w:r w:rsidR="000C7A09" w:rsidRPr="00EA69F3">
        <w:rPr>
          <w:rFonts w:ascii="Arial" w:hAnsi="Arial" w:cs="Arial"/>
        </w:rPr>
        <w:tab/>
      </w:r>
      <w:r w:rsidR="000C7A09" w:rsidRPr="00EA69F3">
        <w:rPr>
          <w:rFonts w:ascii="Arial" w:hAnsi="Arial" w:cs="Arial"/>
        </w:rPr>
        <w:tab/>
      </w:r>
      <w:r w:rsidR="00C04A4C">
        <w:rPr>
          <w:rFonts w:ascii="Arial" w:hAnsi="Arial" w:cs="Arial"/>
        </w:rPr>
        <w:t xml:space="preserve">Old </w:t>
      </w:r>
      <w:proofErr w:type="spellStart"/>
      <w:r w:rsidR="00C04A4C">
        <w:rPr>
          <w:rFonts w:ascii="Arial" w:hAnsi="Arial" w:cs="Arial"/>
        </w:rPr>
        <w:t>C</w:t>
      </w:r>
      <w:r w:rsidR="008C1F9F">
        <w:rPr>
          <w:rFonts w:ascii="Arial" w:hAnsi="Arial" w:cs="Arial"/>
        </w:rPr>
        <w:t>olfeians</w:t>
      </w:r>
      <w:proofErr w:type="spellEnd"/>
      <w:r w:rsidR="008C1F9F">
        <w:rPr>
          <w:rFonts w:ascii="Arial" w:hAnsi="Arial" w:cs="Arial"/>
        </w:rPr>
        <w:t xml:space="preserve"> Rugby Football Club</w:t>
      </w:r>
    </w:p>
    <w:p w14:paraId="5122EC49" w14:textId="43AB2334" w:rsidR="001161C8" w:rsidRPr="00EA69F3" w:rsidRDefault="003E0405" w:rsidP="000C7A09">
      <w:pPr>
        <w:rPr>
          <w:rFonts w:ascii="Arial" w:hAnsi="Arial" w:cs="Arial"/>
        </w:rPr>
      </w:pPr>
      <w:r w:rsidRPr="00EA69F3">
        <w:rPr>
          <w:rFonts w:ascii="Arial" w:hAnsi="Arial" w:cs="Arial"/>
        </w:rPr>
        <w:t xml:space="preserve">Date Adopted: </w:t>
      </w:r>
      <w:r w:rsidR="000C7A09" w:rsidRPr="00EA69F3">
        <w:rPr>
          <w:rFonts w:ascii="Arial" w:hAnsi="Arial" w:cs="Arial"/>
        </w:rPr>
        <w:tab/>
      </w:r>
      <w:r w:rsidR="000C7A09" w:rsidRPr="00EA69F3">
        <w:rPr>
          <w:rFonts w:ascii="Arial" w:hAnsi="Arial" w:cs="Arial"/>
        </w:rPr>
        <w:tab/>
      </w:r>
      <w:r w:rsidR="008C1F9F">
        <w:rPr>
          <w:rFonts w:ascii="Arial" w:hAnsi="Arial" w:cs="Arial"/>
        </w:rPr>
        <w:t>1</w:t>
      </w:r>
      <w:r w:rsidR="008C1F9F" w:rsidRPr="008C1F9F">
        <w:rPr>
          <w:rFonts w:ascii="Arial" w:hAnsi="Arial" w:cs="Arial"/>
          <w:vertAlign w:val="superscript"/>
        </w:rPr>
        <w:t>st</w:t>
      </w:r>
      <w:r w:rsidR="008C1F9F">
        <w:rPr>
          <w:rFonts w:ascii="Arial" w:hAnsi="Arial" w:cs="Arial"/>
        </w:rPr>
        <w:t xml:space="preserve"> September 2026</w:t>
      </w:r>
    </w:p>
    <w:p w14:paraId="02BEB3EC" w14:textId="4D933406" w:rsidR="001161C8" w:rsidRPr="00EA69F3" w:rsidRDefault="003E0405" w:rsidP="000C7A09">
      <w:pPr>
        <w:rPr>
          <w:rFonts w:ascii="Arial" w:hAnsi="Arial" w:cs="Arial"/>
        </w:rPr>
      </w:pPr>
      <w:r w:rsidRPr="00EA69F3">
        <w:rPr>
          <w:rFonts w:ascii="Arial" w:hAnsi="Arial" w:cs="Arial"/>
        </w:rPr>
        <w:t>Review Date:</w:t>
      </w:r>
      <w:r w:rsidR="000C7A09" w:rsidRPr="00EA69F3">
        <w:rPr>
          <w:rFonts w:ascii="Arial" w:hAnsi="Arial" w:cs="Arial"/>
        </w:rPr>
        <w:tab/>
      </w:r>
      <w:r w:rsidR="000C7A09" w:rsidRPr="00EA69F3">
        <w:rPr>
          <w:rFonts w:ascii="Arial" w:hAnsi="Arial" w:cs="Arial"/>
        </w:rPr>
        <w:tab/>
      </w:r>
      <w:r w:rsidR="000C7A09" w:rsidRPr="00EA69F3">
        <w:rPr>
          <w:rFonts w:ascii="Arial" w:hAnsi="Arial" w:cs="Arial"/>
        </w:rPr>
        <w:tab/>
      </w:r>
      <w:r w:rsidR="008C1F9F">
        <w:rPr>
          <w:rFonts w:ascii="Arial" w:hAnsi="Arial" w:cs="Arial"/>
        </w:rPr>
        <w:t>1</w:t>
      </w:r>
      <w:r w:rsidR="008C1F9F" w:rsidRPr="008C1F9F">
        <w:rPr>
          <w:rFonts w:ascii="Arial" w:hAnsi="Arial" w:cs="Arial"/>
          <w:vertAlign w:val="superscript"/>
        </w:rPr>
        <w:t>st</w:t>
      </w:r>
      <w:r w:rsidR="008C1F9F">
        <w:rPr>
          <w:rFonts w:ascii="Arial" w:hAnsi="Arial" w:cs="Arial"/>
        </w:rPr>
        <w:t xml:space="preserve"> September 2027</w:t>
      </w:r>
    </w:p>
    <w:p w14:paraId="5EEFBADE" w14:textId="7AEF30B7" w:rsidR="001161C8" w:rsidRPr="00EA69F3" w:rsidRDefault="003E0405" w:rsidP="000C7A09">
      <w:pPr>
        <w:rPr>
          <w:rFonts w:ascii="Arial" w:hAnsi="Arial" w:cs="Arial"/>
        </w:rPr>
      </w:pPr>
      <w:r w:rsidRPr="00EA69F3">
        <w:rPr>
          <w:rFonts w:ascii="Arial" w:hAnsi="Arial" w:cs="Arial"/>
        </w:rPr>
        <w:t xml:space="preserve">Chairperson: </w:t>
      </w:r>
      <w:r w:rsidR="000C7A09" w:rsidRPr="00EA69F3">
        <w:rPr>
          <w:rFonts w:ascii="Arial" w:hAnsi="Arial" w:cs="Arial"/>
        </w:rPr>
        <w:tab/>
      </w:r>
      <w:r w:rsidR="000C7A09" w:rsidRPr="00EA69F3">
        <w:rPr>
          <w:rFonts w:ascii="Arial" w:hAnsi="Arial" w:cs="Arial"/>
        </w:rPr>
        <w:tab/>
      </w:r>
      <w:r w:rsidR="000C7A09" w:rsidRPr="00EA69F3">
        <w:rPr>
          <w:rFonts w:ascii="Arial" w:hAnsi="Arial" w:cs="Arial"/>
        </w:rPr>
        <w:tab/>
      </w:r>
      <w:r w:rsidR="008C1F9F">
        <w:rPr>
          <w:rFonts w:ascii="Arial" w:hAnsi="Arial" w:cs="Arial"/>
        </w:rPr>
        <w:t>Rob Gardiner</w:t>
      </w:r>
    </w:p>
    <w:p w14:paraId="5920734C" w14:textId="4293E06D" w:rsidR="001161C8" w:rsidRPr="00EA69F3" w:rsidRDefault="003E0405" w:rsidP="000C7A09">
      <w:pPr>
        <w:rPr>
          <w:rFonts w:ascii="Arial" w:hAnsi="Arial" w:cs="Arial"/>
        </w:rPr>
      </w:pPr>
      <w:r w:rsidRPr="00EA69F3">
        <w:rPr>
          <w:rFonts w:ascii="Arial" w:hAnsi="Arial" w:cs="Arial"/>
        </w:rPr>
        <w:t>Club Safeguarding Officer:</w:t>
      </w:r>
      <w:r w:rsidR="000C7A09" w:rsidRPr="00EA69F3">
        <w:rPr>
          <w:rFonts w:ascii="Arial" w:hAnsi="Arial" w:cs="Arial"/>
        </w:rPr>
        <w:tab/>
      </w:r>
      <w:r w:rsidR="008C1F9F">
        <w:rPr>
          <w:rFonts w:ascii="Arial" w:hAnsi="Arial" w:cs="Arial"/>
        </w:rPr>
        <w:t>Amy Wicks</w:t>
      </w:r>
    </w:p>
    <w:p w14:paraId="1A488E8C" w14:textId="1E9AD1D7" w:rsidR="001161C8" w:rsidRPr="00EA69F3" w:rsidRDefault="001161C8" w:rsidP="000C7A09">
      <w:pPr>
        <w:rPr>
          <w:rFonts w:ascii="Arial" w:hAnsi="Arial" w:cs="Arial"/>
        </w:rPr>
      </w:pPr>
    </w:p>
    <w:sectPr w:rsidR="001161C8" w:rsidRPr="00EA69F3" w:rsidSect="00D552FF">
      <w:headerReference w:type="first" r:id="rId10"/>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28613" w14:textId="77777777" w:rsidR="00582DD6" w:rsidRDefault="00582DD6" w:rsidP="00D552FF">
      <w:pPr>
        <w:spacing w:after="0" w:line="240" w:lineRule="auto"/>
      </w:pPr>
      <w:r>
        <w:separator/>
      </w:r>
    </w:p>
  </w:endnote>
  <w:endnote w:type="continuationSeparator" w:id="0">
    <w:p w14:paraId="5E5DDBD6" w14:textId="77777777" w:rsidR="00582DD6" w:rsidRDefault="00582DD6" w:rsidP="00D552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B35F4" w14:textId="77777777" w:rsidR="00582DD6" w:rsidRDefault="00582DD6" w:rsidP="00D552FF">
      <w:pPr>
        <w:spacing w:after="0" w:line="240" w:lineRule="auto"/>
      </w:pPr>
      <w:r>
        <w:separator/>
      </w:r>
    </w:p>
  </w:footnote>
  <w:footnote w:type="continuationSeparator" w:id="0">
    <w:p w14:paraId="10947830" w14:textId="77777777" w:rsidR="00582DD6" w:rsidRDefault="00582DD6" w:rsidP="00D552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C6BEF" w14:textId="4A531ED1" w:rsidR="00D552FF" w:rsidRDefault="00D552FF">
    <w:pPr>
      <w:pStyle w:val="Header"/>
    </w:pPr>
    <w:r>
      <w:rPr>
        <w:noProof/>
      </w:rPr>
      <w:drawing>
        <wp:anchor distT="0" distB="0" distL="114300" distR="114300" simplePos="0" relativeHeight="251658240" behindDoc="0" locked="0" layoutInCell="1" allowOverlap="1" wp14:anchorId="5589373F" wp14:editId="3B466A12">
          <wp:simplePos x="0" y="0"/>
          <wp:positionH relativeFrom="margin">
            <wp:align>center</wp:align>
          </wp:positionH>
          <wp:positionV relativeFrom="paragraph">
            <wp:posOffset>-209550</wp:posOffset>
          </wp:positionV>
          <wp:extent cx="4504055" cy="1089660"/>
          <wp:effectExtent l="0" t="0" r="0" b="0"/>
          <wp:wrapNone/>
          <wp:docPr id="5252963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04055" cy="108966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60E870E8"/>
    <w:multiLevelType w:val="hybridMultilevel"/>
    <w:tmpl w:val="5C8CD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1425587">
    <w:abstractNumId w:val="8"/>
  </w:num>
  <w:num w:numId="2" w16cid:durableId="1418332332">
    <w:abstractNumId w:val="6"/>
  </w:num>
  <w:num w:numId="3" w16cid:durableId="555242079">
    <w:abstractNumId w:val="5"/>
  </w:num>
  <w:num w:numId="4" w16cid:durableId="1313489052">
    <w:abstractNumId w:val="4"/>
  </w:num>
  <w:num w:numId="5" w16cid:durableId="1509320831">
    <w:abstractNumId w:val="7"/>
  </w:num>
  <w:num w:numId="6" w16cid:durableId="217665149">
    <w:abstractNumId w:val="3"/>
  </w:num>
  <w:num w:numId="7" w16cid:durableId="1782065676">
    <w:abstractNumId w:val="2"/>
  </w:num>
  <w:num w:numId="8" w16cid:durableId="1085960370">
    <w:abstractNumId w:val="1"/>
  </w:num>
  <w:num w:numId="9" w16cid:durableId="422459951">
    <w:abstractNumId w:val="0"/>
  </w:num>
  <w:num w:numId="10" w16cid:durableId="19352417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0024"/>
    <w:rsid w:val="000C7A09"/>
    <w:rsid w:val="000F11E1"/>
    <w:rsid w:val="001161C8"/>
    <w:rsid w:val="001243BA"/>
    <w:rsid w:val="00140DF8"/>
    <w:rsid w:val="0015074B"/>
    <w:rsid w:val="0027031A"/>
    <w:rsid w:val="0029639D"/>
    <w:rsid w:val="002F1362"/>
    <w:rsid w:val="002F79B2"/>
    <w:rsid w:val="00326F90"/>
    <w:rsid w:val="00342561"/>
    <w:rsid w:val="003C1CCA"/>
    <w:rsid w:val="003E0405"/>
    <w:rsid w:val="00403396"/>
    <w:rsid w:val="0048380D"/>
    <w:rsid w:val="004E1AD1"/>
    <w:rsid w:val="005002B0"/>
    <w:rsid w:val="00582DD6"/>
    <w:rsid w:val="007D3ED0"/>
    <w:rsid w:val="0080084F"/>
    <w:rsid w:val="00815935"/>
    <w:rsid w:val="00845649"/>
    <w:rsid w:val="008C1F9F"/>
    <w:rsid w:val="00A1612D"/>
    <w:rsid w:val="00A552DE"/>
    <w:rsid w:val="00AA1D8D"/>
    <w:rsid w:val="00AE7FF7"/>
    <w:rsid w:val="00B24AC8"/>
    <w:rsid w:val="00B47730"/>
    <w:rsid w:val="00B82EE5"/>
    <w:rsid w:val="00B95AE6"/>
    <w:rsid w:val="00C04A4C"/>
    <w:rsid w:val="00CB0664"/>
    <w:rsid w:val="00CC341A"/>
    <w:rsid w:val="00D25F28"/>
    <w:rsid w:val="00D552FF"/>
    <w:rsid w:val="00DA014D"/>
    <w:rsid w:val="00EA69F3"/>
    <w:rsid w:val="00EC6195"/>
    <w:rsid w:val="00ED6566"/>
    <w:rsid w:val="00FC693F"/>
    <w:rsid w:val="00FE5DCC"/>
    <w:rsid w:val="6CF8A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E52AFC11-E0F2-4C68-A81B-3E89B443D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2F79B2"/>
    <w:rPr>
      <w:color w:val="0000FF" w:themeColor="hyperlink"/>
      <w:u w:val="single"/>
    </w:rPr>
  </w:style>
  <w:style w:type="character" w:styleId="UnresolvedMention">
    <w:name w:val="Unresolved Mention"/>
    <w:basedOn w:val="DefaultParagraphFont"/>
    <w:uiPriority w:val="99"/>
    <w:semiHidden/>
    <w:unhideWhenUsed/>
    <w:rsid w:val="002F79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crfc.co.uk/club/safeguardi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nglandrugby.com/run/safeguarding/sharing-concer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684</Words>
  <Characters>3905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Vivien Rimmer</dc:creator>
  <cp:keywords/>
  <dc:description>generated by python-docx</dc:description>
  <cp:lastModifiedBy>Amy Wicks</cp:lastModifiedBy>
  <cp:revision>17</cp:revision>
  <dcterms:created xsi:type="dcterms:W3CDTF">2026-08-05T21:42:00Z</dcterms:created>
  <dcterms:modified xsi:type="dcterms:W3CDTF">2026-09-01T15:49:00Z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1244d69-3ba4-4af3-b810-87d1c6fc7639_Enabled">
    <vt:lpwstr>true</vt:lpwstr>
  </property>
  <property fmtid="{D5CDD505-2E9C-101B-9397-08002B2CF9AE}" pid="3" name="MSIP_Label_01244d69-3ba4-4af3-b810-87d1c6fc7639_SetDate">
    <vt:lpwstr>2026-07-29T14:52:57Z</vt:lpwstr>
  </property>
  <property fmtid="{D5CDD505-2E9C-101B-9397-08002B2CF9AE}" pid="4" name="MSIP_Label_01244d69-3ba4-4af3-b810-87d1c6fc7639_Method">
    <vt:lpwstr>Standard</vt:lpwstr>
  </property>
  <property fmtid="{D5CDD505-2E9C-101B-9397-08002B2CF9AE}" pid="5" name="MSIP_Label_01244d69-3ba4-4af3-b810-87d1c6fc7639_Name">
    <vt:lpwstr>Internal</vt:lpwstr>
  </property>
  <property fmtid="{D5CDD505-2E9C-101B-9397-08002B2CF9AE}" pid="6" name="MSIP_Label_01244d69-3ba4-4af3-b810-87d1c6fc7639_SiteId">
    <vt:lpwstr>7106c814-a52c-48a0-bde7-da36d4311b55</vt:lpwstr>
  </property>
  <property fmtid="{D5CDD505-2E9C-101B-9397-08002B2CF9AE}" pid="7" name="MSIP_Label_01244d69-3ba4-4af3-b810-87d1c6fc7639_ActionId">
    <vt:lpwstr>0088d8f2-8a91-4b6b-9f55-530e003cc522</vt:lpwstr>
  </property>
  <property fmtid="{D5CDD505-2E9C-101B-9397-08002B2CF9AE}" pid="8" name="MSIP_Label_01244d69-3ba4-4af3-b810-87d1c6fc7639_ContentBits">
    <vt:lpwstr>0</vt:lpwstr>
  </property>
  <property fmtid="{D5CDD505-2E9C-101B-9397-08002B2CF9AE}" pid="9" name="MSIP_Label_01244d69-3ba4-4af3-b810-87d1c6fc7639_Tag">
    <vt:lpwstr>10, 3, 0, 2</vt:lpwstr>
  </property>
  <property fmtid="{D5CDD505-2E9C-101B-9397-08002B2CF9AE}" pid="10" name="MSIP_Label_0e0653c8-e0a6-47f4-adf8-01034877a8f2_Enabled">
    <vt:lpwstr>true</vt:lpwstr>
  </property>
  <property fmtid="{D5CDD505-2E9C-101B-9397-08002B2CF9AE}" pid="11" name="MSIP_Label_0e0653c8-e0a6-47f4-adf8-01034877a8f2_SetDate">
    <vt:lpwstr>2026-08-05T21:42:50Z</vt:lpwstr>
  </property>
  <property fmtid="{D5CDD505-2E9C-101B-9397-08002B2CF9AE}" pid="12" name="MSIP_Label_0e0653c8-e0a6-47f4-adf8-01034877a8f2_Method">
    <vt:lpwstr>Standard</vt:lpwstr>
  </property>
  <property fmtid="{D5CDD505-2E9C-101B-9397-08002B2CF9AE}" pid="13" name="MSIP_Label_0e0653c8-e0a6-47f4-adf8-01034877a8f2_Name">
    <vt:lpwstr>Internal</vt:lpwstr>
  </property>
  <property fmtid="{D5CDD505-2E9C-101B-9397-08002B2CF9AE}" pid="14" name="MSIP_Label_0e0653c8-e0a6-47f4-adf8-01034877a8f2_SiteId">
    <vt:lpwstr>06d2dc82-6fed-4d3b-9218-37d34fb0405b</vt:lpwstr>
  </property>
  <property fmtid="{D5CDD505-2E9C-101B-9397-08002B2CF9AE}" pid="15" name="MSIP_Label_0e0653c8-e0a6-47f4-adf8-01034877a8f2_ActionId">
    <vt:lpwstr>d9069967-be9e-4e1c-9a34-80ca0302b5cd</vt:lpwstr>
  </property>
  <property fmtid="{D5CDD505-2E9C-101B-9397-08002B2CF9AE}" pid="16" name="MSIP_Label_0e0653c8-e0a6-47f4-adf8-01034877a8f2_ContentBits">
    <vt:lpwstr>0</vt:lpwstr>
  </property>
  <property fmtid="{D5CDD505-2E9C-101B-9397-08002B2CF9AE}" pid="17" name="MSIP_Label_0e0653c8-e0a6-47f4-adf8-01034877a8f2_Tag">
    <vt:lpwstr>10, 3, 0, 1</vt:lpwstr>
  </property>
</Properties>
</file>